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CC2A8" w14:textId="77777777" w:rsidR="009A69E6" w:rsidRPr="005E556A" w:rsidRDefault="004652A4" w:rsidP="005E556A">
      <w:pPr>
        <w:pStyle w:val="1"/>
        <w:jc w:val="center"/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  <w:lang w:eastAsia="zh-TW"/>
        </w:rPr>
      </w:pPr>
      <w:proofErr w:type="gramStart"/>
      <w:r w:rsidRPr="005E556A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  <w:lang w:eastAsia="zh-TW"/>
        </w:rPr>
        <w:t>臺</w:t>
      </w:r>
      <w:proofErr w:type="gramEnd"/>
      <w:r w:rsidRPr="005E556A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  <w:lang w:eastAsia="zh-TW"/>
        </w:rPr>
        <w:t>南市岸內影視基地－道具借用／歸還清冊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96"/>
        <w:gridCol w:w="2443"/>
        <w:gridCol w:w="209"/>
        <w:gridCol w:w="1750"/>
        <w:gridCol w:w="496"/>
        <w:gridCol w:w="509"/>
        <w:gridCol w:w="259"/>
        <w:gridCol w:w="2169"/>
        <w:gridCol w:w="1187"/>
        <w:gridCol w:w="1235"/>
        <w:gridCol w:w="2601"/>
        <w:gridCol w:w="531"/>
        <w:gridCol w:w="531"/>
      </w:tblGrid>
      <w:tr w:rsidR="009A69E6" w:rsidRPr="005E556A" w14:paraId="39082184" w14:textId="77777777" w:rsidTr="00BC6F5A">
        <w:tc>
          <w:tcPr>
            <w:tcW w:w="3139" w:type="dxa"/>
            <w:gridSpan w:val="2"/>
          </w:tcPr>
          <w:p w14:paraId="67F49925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劇組名稱</w:t>
            </w:r>
            <w:proofErr w:type="spellEnd"/>
          </w:p>
        </w:tc>
        <w:tc>
          <w:tcPr>
            <w:tcW w:w="3223" w:type="dxa"/>
            <w:gridSpan w:val="5"/>
          </w:tcPr>
          <w:p w14:paraId="2DA412DC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356" w:type="dxa"/>
            <w:gridSpan w:val="2"/>
          </w:tcPr>
          <w:p w14:paraId="0A74436A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借用日期時間</w:t>
            </w:r>
            <w:proofErr w:type="spellEnd"/>
          </w:p>
        </w:tc>
        <w:tc>
          <w:tcPr>
            <w:tcW w:w="4898" w:type="dxa"/>
            <w:gridSpan w:val="4"/>
          </w:tcPr>
          <w:p w14:paraId="294AE38B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69E6" w:rsidRPr="005E556A" w14:paraId="6F665964" w14:textId="77777777" w:rsidTr="00BC6F5A">
        <w:tc>
          <w:tcPr>
            <w:tcW w:w="3139" w:type="dxa"/>
            <w:gridSpan w:val="2"/>
          </w:tcPr>
          <w:p w14:paraId="07FA8C83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借用人</w:t>
            </w:r>
            <w:proofErr w:type="spellEnd"/>
          </w:p>
        </w:tc>
        <w:tc>
          <w:tcPr>
            <w:tcW w:w="3223" w:type="dxa"/>
            <w:gridSpan w:val="5"/>
          </w:tcPr>
          <w:p w14:paraId="31ED42FA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356" w:type="dxa"/>
            <w:gridSpan w:val="2"/>
          </w:tcPr>
          <w:p w14:paraId="762F2BF0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聯絡電話</w:t>
            </w:r>
            <w:proofErr w:type="spellEnd"/>
          </w:p>
        </w:tc>
        <w:tc>
          <w:tcPr>
            <w:tcW w:w="4898" w:type="dxa"/>
            <w:gridSpan w:val="4"/>
          </w:tcPr>
          <w:p w14:paraId="0AB57C18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A69E6" w:rsidRPr="005E556A" w14:paraId="58D92233" w14:textId="77777777" w:rsidTr="00BC6F5A">
        <w:tc>
          <w:tcPr>
            <w:tcW w:w="3139" w:type="dxa"/>
            <w:gridSpan w:val="2"/>
          </w:tcPr>
          <w:p w14:paraId="448045C4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點交人</w:t>
            </w:r>
            <w:proofErr w:type="spellEnd"/>
          </w:p>
        </w:tc>
        <w:tc>
          <w:tcPr>
            <w:tcW w:w="3223" w:type="dxa"/>
            <w:gridSpan w:val="5"/>
          </w:tcPr>
          <w:p w14:paraId="08015489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356" w:type="dxa"/>
            <w:gridSpan w:val="2"/>
          </w:tcPr>
          <w:p w14:paraId="3614C790" w14:textId="77777777" w:rsidR="009A69E6" w:rsidRPr="005E556A" w:rsidRDefault="004652A4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5E556A">
              <w:rPr>
                <w:rFonts w:ascii="標楷體" w:eastAsia="標楷體" w:hAnsi="標楷體"/>
                <w:sz w:val="32"/>
                <w:szCs w:val="32"/>
              </w:rPr>
              <w:t>預計歸還日期</w:t>
            </w:r>
            <w:proofErr w:type="spellEnd"/>
          </w:p>
        </w:tc>
        <w:tc>
          <w:tcPr>
            <w:tcW w:w="4898" w:type="dxa"/>
            <w:gridSpan w:val="4"/>
          </w:tcPr>
          <w:p w14:paraId="5638B734" w14:textId="77777777" w:rsidR="009A69E6" w:rsidRPr="005E556A" w:rsidRDefault="009A69E6" w:rsidP="005E556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954CF" w:rsidRPr="005E556A" w14:paraId="3E81DA24" w14:textId="77777777" w:rsidTr="00BC6F5A">
        <w:trPr>
          <w:trHeight w:val="170"/>
        </w:trPr>
        <w:tc>
          <w:tcPr>
            <w:tcW w:w="696" w:type="dxa"/>
            <w:vMerge w:val="restart"/>
          </w:tcPr>
          <w:p w14:paraId="1D01F657" w14:textId="2C9B1A34" w:rsidR="004954CF" w:rsidRPr="005E556A" w:rsidRDefault="004954CF" w:rsidP="0081437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NO.</w:t>
            </w:r>
          </w:p>
        </w:tc>
        <w:tc>
          <w:tcPr>
            <w:tcW w:w="2652" w:type="dxa"/>
            <w:gridSpan w:val="2"/>
            <w:vMerge w:val="restart"/>
          </w:tcPr>
          <w:p w14:paraId="6F542C16" w14:textId="766E4CF9" w:rsidR="004954CF" w:rsidRPr="00A03173" w:rsidRDefault="004954CF" w:rsidP="00B479E2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spellStart"/>
            <w:r w:rsidRPr="00A03173">
              <w:rPr>
                <w:rFonts w:ascii="標楷體" w:eastAsia="標楷體" w:hAnsi="標楷體"/>
                <w:sz w:val="32"/>
                <w:szCs w:val="32"/>
              </w:rPr>
              <w:t>道具編號</w:t>
            </w:r>
            <w:proofErr w:type="spell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/品名</w:t>
            </w:r>
          </w:p>
        </w:tc>
        <w:tc>
          <w:tcPr>
            <w:tcW w:w="1750" w:type="dxa"/>
            <w:vMerge w:val="restart"/>
          </w:tcPr>
          <w:p w14:paraId="0B2C48F3" w14:textId="77777777" w:rsidR="004954CF" w:rsidRPr="00A03173" w:rsidRDefault="004954CF" w:rsidP="00974A6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A03173">
              <w:rPr>
                <w:rFonts w:ascii="標楷體" w:eastAsia="標楷體" w:hAnsi="標楷體"/>
                <w:sz w:val="32"/>
                <w:szCs w:val="32"/>
              </w:rPr>
              <w:t>照片</w:t>
            </w:r>
            <w:proofErr w:type="spellEnd"/>
          </w:p>
        </w:tc>
        <w:tc>
          <w:tcPr>
            <w:tcW w:w="1005" w:type="dxa"/>
            <w:gridSpan w:val="2"/>
          </w:tcPr>
          <w:p w14:paraId="0EE94080" w14:textId="7E90AB1E" w:rsidR="004954CF" w:rsidRPr="00425AC9" w:rsidRDefault="004954CF" w:rsidP="00425AC9">
            <w:pPr>
              <w:jc w:val="center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數量</w:t>
            </w:r>
          </w:p>
        </w:tc>
        <w:tc>
          <w:tcPr>
            <w:tcW w:w="4850" w:type="dxa"/>
            <w:gridSpan w:val="4"/>
          </w:tcPr>
          <w:p w14:paraId="58FDD799" w14:textId="6B2ED229" w:rsidR="004954CF" w:rsidRPr="00A03173" w:rsidRDefault="005F135E" w:rsidP="00974A66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狀態</w:t>
            </w:r>
          </w:p>
        </w:tc>
        <w:tc>
          <w:tcPr>
            <w:tcW w:w="2601" w:type="dxa"/>
            <w:vMerge w:val="restart"/>
          </w:tcPr>
          <w:p w14:paraId="1D44E379" w14:textId="45378B5F" w:rsidR="004954CF" w:rsidRPr="00A03173" w:rsidRDefault="00DD6C08" w:rsidP="00974A6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備註</w:t>
            </w:r>
            <w:r w:rsidR="004954CF" w:rsidRPr="00A03173">
              <w:rPr>
                <w:rFonts w:ascii="標楷體" w:eastAsia="標楷體" w:hAnsi="標楷體"/>
                <w:sz w:val="32"/>
                <w:szCs w:val="32"/>
              </w:rPr>
              <w:t>/</w:t>
            </w:r>
            <w:proofErr w:type="spellStart"/>
            <w:r w:rsidR="004954CF" w:rsidRPr="00A03173">
              <w:rPr>
                <w:rFonts w:ascii="標楷體" w:eastAsia="標楷體" w:hAnsi="標楷體"/>
                <w:sz w:val="32"/>
                <w:szCs w:val="32"/>
              </w:rPr>
              <w:t>特殊說明</w:t>
            </w:r>
            <w:proofErr w:type="spellEnd"/>
          </w:p>
        </w:tc>
        <w:tc>
          <w:tcPr>
            <w:tcW w:w="1062" w:type="dxa"/>
            <w:gridSpan w:val="2"/>
          </w:tcPr>
          <w:p w14:paraId="76D75918" w14:textId="29DE1019" w:rsidR="004954CF" w:rsidRPr="00C02914" w:rsidRDefault="004954CF" w:rsidP="00974A66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確認</w:t>
            </w:r>
          </w:p>
        </w:tc>
      </w:tr>
      <w:tr w:rsidR="004954CF" w:rsidRPr="005E556A" w14:paraId="1CDB1205" w14:textId="77777777" w:rsidTr="00BC6F5A">
        <w:trPr>
          <w:trHeight w:val="432"/>
        </w:trPr>
        <w:tc>
          <w:tcPr>
            <w:tcW w:w="696" w:type="dxa"/>
            <w:vMerge/>
          </w:tcPr>
          <w:p w14:paraId="6241F6E4" w14:textId="77777777" w:rsidR="004954CF" w:rsidRDefault="004954CF" w:rsidP="00D850D0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</w:p>
        </w:tc>
        <w:tc>
          <w:tcPr>
            <w:tcW w:w="2652" w:type="dxa"/>
            <w:gridSpan w:val="2"/>
            <w:vMerge/>
          </w:tcPr>
          <w:p w14:paraId="17A97900" w14:textId="77777777" w:rsidR="004954CF" w:rsidRPr="00A03173" w:rsidRDefault="004954CF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0" w:type="dxa"/>
            <w:vMerge/>
          </w:tcPr>
          <w:p w14:paraId="5B93A541" w14:textId="77777777" w:rsidR="004954CF" w:rsidRPr="00A03173" w:rsidRDefault="004954CF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6" w:type="dxa"/>
          </w:tcPr>
          <w:p w14:paraId="2804CE06" w14:textId="568AEFBB" w:rsidR="004954CF" w:rsidRPr="00425AC9" w:rsidRDefault="004954CF" w:rsidP="00D850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點交</w:t>
            </w:r>
          </w:p>
        </w:tc>
        <w:tc>
          <w:tcPr>
            <w:tcW w:w="509" w:type="dxa"/>
          </w:tcPr>
          <w:p w14:paraId="4F581D5D" w14:textId="7761C8E0" w:rsidR="004954CF" w:rsidRPr="00425AC9" w:rsidRDefault="004954CF" w:rsidP="00D850D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歸還</w:t>
            </w:r>
          </w:p>
        </w:tc>
        <w:tc>
          <w:tcPr>
            <w:tcW w:w="2428" w:type="dxa"/>
            <w:gridSpan w:val="2"/>
          </w:tcPr>
          <w:p w14:paraId="1B0C78E0" w14:textId="06633C38" w:rsidR="005F135E" w:rsidRPr="00A03173" w:rsidRDefault="005F135E" w:rsidP="00687193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借出</w:t>
            </w:r>
          </w:p>
        </w:tc>
        <w:tc>
          <w:tcPr>
            <w:tcW w:w="2422" w:type="dxa"/>
            <w:gridSpan w:val="2"/>
          </w:tcPr>
          <w:p w14:paraId="047F5418" w14:textId="77777777" w:rsidR="004954CF" w:rsidRDefault="005F135E" w:rsidP="00687193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歸還</w:t>
            </w:r>
          </w:p>
          <w:p w14:paraId="6BE5C36E" w14:textId="37D8714D" w:rsidR="005F135E" w:rsidRPr="00A03173" w:rsidRDefault="005F135E" w:rsidP="00687193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</w:p>
        </w:tc>
        <w:tc>
          <w:tcPr>
            <w:tcW w:w="2601" w:type="dxa"/>
            <w:vMerge/>
          </w:tcPr>
          <w:p w14:paraId="688748F9" w14:textId="77777777" w:rsidR="004954CF" w:rsidRPr="00A03173" w:rsidRDefault="004954CF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31" w:type="dxa"/>
          </w:tcPr>
          <w:p w14:paraId="461AF329" w14:textId="76D9FEFD" w:rsidR="004954CF" w:rsidRPr="00C02914" w:rsidRDefault="004954CF" w:rsidP="00D850D0">
            <w:pPr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點交</w:t>
            </w:r>
          </w:p>
        </w:tc>
        <w:tc>
          <w:tcPr>
            <w:tcW w:w="531" w:type="dxa"/>
          </w:tcPr>
          <w:p w14:paraId="29076C86" w14:textId="74049AA9" w:rsidR="004954CF" w:rsidRPr="00C02914" w:rsidRDefault="004954CF" w:rsidP="00D850D0">
            <w:pPr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歸還</w:t>
            </w:r>
          </w:p>
        </w:tc>
      </w:tr>
      <w:tr w:rsidR="00D850D0" w:rsidRPr="005E556A" w14:paraId="2F3FBA9D" w14:textId="77777777" w:rsidTr="00BC6F5A">
        <w:trPr>
          <w:trHeight w:val="1669"/>
        </w:trPr>
        <w:tc>
          <w:tcPr>
            <w:tcW w:w="696" w:type="dxa"/>
          </w:tcPr>
          <w:p w14:paraId="169A6AA0" w14:textId="197AF0C9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52" w:type="dxa"/>
            <w:gridSpan w:val="2"/>
          </w:tcPr>
          <w:p w14:paraId="3CF943E8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0" w:type="dxa"/>
          </w:tcPr>
          <w:p w14:paraId="41AEF592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6" w:type="dxa"/>
          </w:tcPr>
          <w:p w14:paraId="25F2608F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09" w:type="dxa"/>
          </w:tcPr>
          <w:p w14:paraId="5E6F1E7F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28" w:type="dxa"/>
            <w:gridSpan w:val="2"/>
          </w:tcPr>
          <w:p w14:paraId="15A6A993" w14:textId="6D998035" w:rsidR="008B5AB3" w:rsidRDefault="00D850D0" w:rsidP="00D850D0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186190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5051B0A8" w14:textId="3660709F" w:rsidR="00186190" w:rsidRDefault="008B5AB3" w:rsidP="00D850D0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186190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67F1D217" w14:textId="38DDA062" w:rsidR="00D850D0" w:rsidRPr="005E556A" w:rsidRDefault="00186190" w:rsidP="00D850D0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="00D850D0" w:rsidRPr="005E556A">
              <w:rPr>
                <w:rFonts w:ascii="標楷體" w:eastAsia="標楷體" w:hAnsi="標楷體"/>
                <w:sz w:val="32"/>
                <w:szCs w:val="32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 w:rsidR="00515007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="00BC6F5A"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  <w:r w:rsidR="00BC6F5A"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>____________________</w:t>
            </w:r>
            <w:r w:rsidR="00BC6F5A"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</w:t>
            </w:r>
          </w:p>
        </w:tc>
        <w:tc>
          <w:tcPr>
            <w:tcW w:w="2422" w:type="dxa"/>
            <w:gridSpan w:val="2"/>
          </w:tcPr>
          <w:p w14:paraId="01437AA3" w14:textId="77777777" w:rsidR="00BC6F5A" w:rsidRDefault="00BC6F5A" w:rsidP="00BC6F5A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14C4614F" w14:textId="77777777" w:rsidR="00BC6F5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4315A209" w14:textId="47C83BF6" w:rsidR="00D850D0" w:rsidRPr="005E556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1" w:type="dxa"/>
          </w:tcPr>
          <w:p w14:paraId="2FF5F967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417F618C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0A6DBEDC" w14:textId="632FF2B8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  <w:tr w:rsidR="00D850D0" w:rsidRPr="005E556A" w14:paraId="64D127E9" w14:textId="77777777" w:rsidTr="00BC6F5A">
        <w:trPr>
          <w:trHeight w:val="1669"/>
        </w:trPr>
        <w:tc>
          <w:tcPr>
            <w:tcW w:w="696" w:type="dxa"/>
          </w:tcPr>
          <w:p w14:paraId="3AE6F7D2" w14:textId="1C741C93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652" w:type="dxa"/>
            <w:gridSpan w:val="2"/>
          </w:tcPr>
          <w:p w14:paraId="49BE0483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1750" w:type="dxa"/>
          </w:tcPr>
          <w:p w14:paraId="19BFEB89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496" w:type="dxa"/>
          </w:tcPr>
          <w:p w14:paraId="24103DEE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09" w:type="dxa"/>
          </w:tcPr>
          <w:p w14:paraId="1E248E48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428" w:type="dxa"/>
            <w:gridSpan w:val="2"/>
          </w:tcPr>
          <w:p w14:paraId="10114E34" w14:textId="77777777" w:rsidR="00BC6F5A" w:rsidRDefault="00BC6F5A" w:rsidP="00BC6F5A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02F1E8C0" w14:textId="77777777" w:rsidR="00BC6F5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7B732A2F" w14:textId="2FFEA111" w:rsidR="00D850D0" w:rsidRPr="005E556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22" w:type="dxa"/>
            <w:gridSpan w:val="2"/>
          </w:tcPr>
          <w:p w14:paraId="455F1F97" w14:textId="77777777" w:rsidR="00BC6F5A" w:rsidRDefault="00BC6F5A" w:rsidP="00BC6F5A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6D4BCE1A" w14:textId="77777777" w:rsidR="00BC6F5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0C26389A" w14:textId="04451A1C" w:rsidR="00D850D0" w:rsidRPr="005E556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1" w:type="dxa"/>
          </w:tcPr>
          <w:p w14:paraId="3156123C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14BE6186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4E065AAB" w14:textId="767C2C5A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  <w:tr w:rsidR="00D850D0" w:rsidRPr="005E556A" w14:paraId="038968C7" w14:textId="77777777" w:rsidTr="00BC6F5A">
        <w:trPr>
          <w:trHeight w:val="1669"/>
        </w:trPr>
        <w:tc>
          <w:tcPr>
            <w:tcW w:w="696" w:type="dxa"/>
          </w:tcPr>
          <w:p w14:paraId="46F51506" w14:textId="2D78E6CE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652" w:type="dxa"/>
            <w:gridSpan w:val="2"/>
          </w:tcPr>
          <w:p w14:paraId="433458ED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1750" w:type="dxa"/>
          </w:tcPr>
          <w:p w14:paraId="4A445C75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496" w:type="dxa"/>
          </w:tcPr>
          <w:p w14:paraId="60EC32CC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09" w:type="dxa"/>
          </w:tcPr>
          <w:p w14:paraId="6065AAED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428" w:type="dxa"/>
            <w:gridSpan w:val="2"/>
          </w:tcPr>
          <w:p w14:paraId="2D9B72B8" w14:textId="77777777" w:rsidR="00BC6F5A" w:rsidRDefault="00BC6F5A" w:rsidP="00BC6F5A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3F8CD782" w14:textId="77777777" w:rsidR="00BC6F5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375B38BD" w14:textId="389D3740" w:rsidR="00D850D0" w:rsidRPr="005E556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22" w:type="dxa"/>
            <w:gridSpan w:val="2"/>
          </w:tcPr>
          <w:p w14:paraId="0A7FDC14" w14:textId="77777777" w:rsidR="00BC6F5A" w:rsidRDefault="00BC6F5A" w:rsidP="00BC6F5A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662A973F" w14:textId="77777777" w:rsidR="00BC6F5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419C810D" w14:textId="54B243E8" w:rsidR="00D850D0" w:rsidRPr="005E556A" w:rsidRDefault="00BC6F5A" w:rsidP="00BC6F5A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1" w:type="dxa"/>
          </w:tcPr>
          <w:p w14:paraId="2C0FBA1F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4D33A0E3" w14:textId="77777777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72640E67" w14:textId="07FB4285" w:rsidR="00D850D0" w:rsidRPr="005E556A" w:rsidRDefault="00D850D0" w:rsidP="00D850D0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</w:tbl>
    <w:p w14:paraId="01B2DAE2" w14:textId="77777777" w:rsidR="00957BA2" w:rsidRDefault="00957BA2" w:rsidP="00957BA2">
      <w:pPr>
        <w:rPr>
          <w:rFonts w:ascii="標楷體" w:eastAsia="標楷體" w:hAnsi="標楷體"/>
          <w:sz w:val="32"/>
          <w:szCs w:val="32"/>
          <w:lang w:eastAsia="zh-TW"/>
        </w:rPr>
      </w:pPr>
    </w:p>
    <w:p w14:paraId="66B33AE9" w14:textId="77777777" w:rsidR="00BC6F5A" w:rsidRDefault="00BC6F5A" w:rsidP="00957BA2">
      <w:pPr>
        <w:rPr>
          <w:rFonts w:ascii="標楷體" w:eastAsia="標楷體" w:hAnsi="標楷體" w:hint="eastAsia"/>
          <w:sz w:val="32"/>
          <w:szCs w:val="32"/>
          <w:lang w:eastAsia="zh-TW"/>
        </w:rPr>
      </w:pP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97"/>
        <w:gridCol w:w="2658"/>
        <w:gridCol w:w="1754"/>
        <w:gridCol w:w="496"/>
        <w:gridCol w:w="509"/>
        <w:gridCol w:w="2416"/>
        <w:gridCol w:w="2416"/>
        <w:gridCol w:w="2608"/>
        <w:gridCol w:w="531"/>
        <w:gridCol w:w="531"/>
      </w:tblGrid>
      <w:tr w:rsidR="008106E3" w:rsidRPr="00C02914" w14:paraId="7A4D553E" w14:textId="77777777" w:rsidTr="00852EE4">
        <w:trPr>
          <w:trHeight w:val="170"/>
        </w:trPr>
        <w:tc>
          <w:tcPr>
            <w:tcW w:w="697" w:type="dxa"/>
            <w:vMerge w:val="restart"/>
          </w:tcPr>
          <w:p w14:paraId="502EE9DF" w14:textId="77777777" w:rsidR="008106E3" w:rsidRPr="005E556A" w:rsidRDefault="008106E3" w:rsidP="00792E97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lastRenderedPageBreak/>
              <w:t>NO.</w:t>
            </w:r>
          </w:p>
        </w:tc>
        <w:tc>
          <w:tcPr>
            <w:tcW w:w="2658" w:type="dxa"/>
            <w:vMerge w:val="restart"/>
          </w:tcPr>
          <w:p w14:paraId="32CEEB33" w14:textId="77777777" w:rsidR="008106E3" w:rsidRPr="00A0317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spellStart"/>
            <w:r w:rsidRPr="00A03173">
              <w:rPr>
                <w:rFonts w:ascii="標楷體" w:eastAsia="標楷體" w:hAnsi="標楷體"/>
                <w:sz w:val="32"/>
                <w:szCs w:val="32"/>
              </w:rPr>
              <w:t>道具編號</w:t>
            </w:r>
            <w:proofErr w:type="spell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/品名</w:t>
            </w:r>
          </w:p>
        </w:tc>
        <w:tc>
          <w:tcPr>
            <w:tcW w:w="1754" w:type="dxa"/>
            <w:vMerge w:val="restart"/>
          </w:tcPr>
          <w:p w14:paraId="4721DF8A" w14:textId="77777777" w:rsidR="008106E3" w:rsidRPr="00A0317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spellStart"/>
            <w:r w:rsidRPr="00A03173">
              <w:rPr>
                <w:rFonts w:ascii="標楷體" w:eastAsia="標楷體" w:hAnsi="標楷體"/>
                <w:sz w:val="32"/>
                <w:szCs w:val="32"/>
              </w:rPr>
              <w:t>照片</w:t>
            </w:r>
            <w:proofErr w:type="spellEnd"/>
          </w:p>
        </w:tc>
        <w:tc>
          <w:tcPr>
            <w:tcW w:w="1005" w:type="dxa"/>
            <w:gridSpan w:val="2"/>
          </w:tcPr>
          <w:p w14:paraId="79898D11" w14:textId="77777777" w:rsidR="008106E3" w:rsidRPr="00425AC9" w:rsidRDefault="008106E3" w:rsidP="00792E97">
            <w:pPr>
              <w:jc w:val="center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數量</w:t>
            </w:r>
          </w:p>
        </w:tc>
        <w:tc>
          <w:tcPr>
            <w:tcW w:w="4832" w:type="dxa"/>
            <w:gridSpan w:val="2"/>
          </w:tcPr>
          <w:p w14:paraId="2CF5C082" w14:textId="77777777" w:rsidR="008106E3" w:rsidRPr="00A03173" w:rsidRDefault="008106E3" w:rsidP="00792E97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狀態</w:t>
            </w:r>
          </w:p>
        </w:tc>
        <w:tc>
          <w:tcPr>
            <w:tcW w:w="2608" w:type="dxa"/>
            <w:vMerge w:val="restart"/>
          </w:tcPr>
          <w:p w14:paraId="6AE71477" w14:textId="34204DD5" w:rsidR="008106E3" w:rsidRPr="00A03173" w:rsidRDefault="00DD6C08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備註</w:t>
            </w:r>
            <w:r w:rsidR="008106E3" w:rsidRPr="00A03173">
              <w:rPr>
                <w:rFonts w:ascii="標楷體" w:eastAsia="標楷體" w:hAnsi="標楷體"/>
                <w:sz w:val="32"/>
                <w:szCs w:val="32"/>
              </w:rPr>
              <w:t>/</w:t>
            </w:r>
            <w:proofErr w:type="spellStart"/>
            <w:r w:rsidR="008106E3" w:rsidRPr="00A03173">
              <w:rPr>
                <w:rFonts w:ascii="標楷體" w:eastAsia="標楷體" w:hAnsi="標楷體"/>
                <w:sz w:val="32"/>
                <w:szCs w:val="32"/>
              </w:rPr>
              <w:t>特殊說明</w:t>
            </w:r>
            <w:proofErr w:type="spellEnd"/>
          </w:p>
        </w:tc>
        <w:tc>
          <w:tcPr>
            <w:tcW w:w="1062" w:type="dxa"/>
            <w:gridSpan w:val="2"/>
          </w:tcPr>
          <w:p w14:paraId="3E08FFE2" w14:textId="77777777" w:rsidR="008106E3" w:rsidRPr="00C02914" w:rsidRDefault="008106E3" w:rsidP="00792E9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確認</w:t>
            </w:r>
          </w:p>
        </w:tc>
      </w:tr>
      <w:tr w:rsidR="008106E3" w:rsidRPr="00C02914" w14:paraId="0CFBB061" w14:textId="77777777" w:rsidTr="00852EE4">
        <w:trPr>
          <w:trHeight w:val="432"/>
        </w:trPr>
        <w:tc>
          <w:tcPr>
            <w:tcW w:w="697" w:type="dxa"/>
            <w:vMerge/>
          </w:tcPr>
          <w:p w14:paraId="03CC2B0E" w14:textId="77777777" w:rsidR="008106E3" w:rsidRDefault="008106E3" w:rsidP="00792E97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</w:p>
        </w:tc>
        <w:tc>
          <w:tcPr>
            <w:tcW w:w="2658" w:type="dxa"/>
            <w:vMerge/>
          </w:tcPr>
          <w:p w14:paraId="4A9C718E" w14:textId="77777777" w:rsidR="008106E3" w:rsidRPr="00A0317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4" w:type="dxa"/>
            <w:vMerge/>
          </w:tcPr>
          <w:p w14:paraId="6EBD3AA3" w14:textId="77777777" w:rsidR="008106E3" w:rsidRPr="00A0317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6" w:type="dxa"/>
          </w:tcPr>
          <w:p w14:paraId="6C7F6830" w14:textId="77777777" w:rsidR="008106E3" w:rsidRPr="00425AC9" w:rsidRDefault="008106E3" w:rsidP="00792E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點交</w:t>
            </w:r>
          </w:p>
        </w:tc>
        <w:tc>
          <w:tcPr>
            <w:tcW w:w="509" w:type="dxa"/>
          </w:tcPr>
          <w:p w14:paraId="6ECCE5B5" w14:textId="77777777" w:rsidR="008106E3" w:rsidRPr="00425AC9" w:rsidRDefault="008106E3" w:rsidP="00792E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25AC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歸還</w:t>
            </w:r>
          </w:p>
        </w:tc>
        <w:tc>
          <w:tcPr>
            <w:tcW w:w="2416" w:type="dxa"/>
          </w:tcPr>
          <w:p w14:paraId="45953CBA" w14:textId="77777777" w:rsidR="008106E3" w:rsidRPr="00A03173" w:rsidRDefault="008106E3" w:rsidP="00792E97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借出</w:t>
            </w:r>
          </w:p>
        </w:tc>
        <w:tc>
          <w:tcPr>
            <w:tcW w:w="2416" w:type="dxa"/>
          </w:tcPr>
          <w:p w14:paraId="09477BAC" w14:textId="77777777" w:rsidR="008106E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歸還</w:t>
            </w:r>
          </w:p>
          <w:p w14:paraId="16602FA2" w14:textId="77777777" w:rsidR="008106E3" w:rsidRPr="00A03173" w:rsidRDefault="008106E3" w:rsidP="00792E97">
            <w:pPr>
              <w:jc w:val="center"/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</w:p>
        </w:tc>
        <w:tc>
          <w:tcPr>
            <w:tcW w:w="2608" w:type="dxa"/>
            <w:vMerge/>
          </w:tcPr>
          <w:p w14:paraId="03100B88" w14:textId="77777777" w:rsidR="008106E3" w:rsidRPr="00A03173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31" w:type="dxa"/>
          </w:tcPr>
          <w:p w14:paraId="1997244B" w14:textId="77777777" w:rsidR="008106E3" w:rsidRPr="00C02914" w:rsidRDefault="008106E3" w:rsidP="00792E97">
            <w:pPr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點交</w:t>
            </w:r>
          </w:p>
        </w:tc>
        <w:tc>
          <w:tcPr>
            <w:tcW w:w="531" w:type="dxa"/>
          </w:tcPr>
          <w:p w14:paraId="56581A74" w14:textId="77777777" w:rsidR="008106E3" w:rsidRPr="00C02914" w:rsidRDefault="008106E3" w:rsidP="00792E97">
            <w:pPr>
              <w:jc w:val="center"/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</w:pPr>
            <w:r w:rsidRPr="00C0291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歸還</w:t>
            </w:r>
          </w:p>
        </w:tc>
      </w:tr>
      <w:tr w:rsidR="008106E3" w:rsidRPr="005E556A" w14:paraId="691D13C7" w14:textId="77777777" w:rsidTr="00D8207C">
        <w:trPr>
          <w:trHeight w:val="2296"/>
        </w:trPr>
        <w:tc>
          <w:tcPr>
            <w:tcW w:w="697" w:type="dxa"/>
          </w:tcPr>
          <w:p w14:paraId="2EAA43B8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58" w:type="dxa"/>
          </w:tcPr>
          <w:p w14:paraId="54F4B273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4" w:type="dxa"/>
          </w:tcPr>
          <w:p w14:paraId="4A6EBFFE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96" w:type="dxa"/>
          </w:tcPr>
          <w:p w14:paraId="15C8416D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09" w:type="dxa"/>
          </w:tcPr>
          <w:p w14:paraId="3E82B762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16" w:type="dxa"/>
          </w:tcPr>
          <w:p w14:paraId="58B70F46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01D1DAD5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37C1FAB3" w14:textId="3A510F8A" w:rsidR="008106E3" w:rsidRPr="005E556A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16" w:type="dxa"/>
          </w:tcPr>
          <w:p w14:paraId="1B25B7E4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110C6AD7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27BB8589" w14:textId="418126E2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8" w:type="dxa"/>
          </w:tcPr>
          <w:p w14:paraId="5FFEB0CF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48D1DF73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367607FC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  <w:tr w:rsidR="008106E3" w:rsidRPr="005E556A" w14:paraId="180D6556" w14:textId="77777777" w:rsidTr="00D8207C">
        <w:trPr>
          <w:trHeight w:val="2296"/>
        </w:trPr>
        <w:tc>
          <w:tcPr>
            <w:tcW w:w="697" w:type="dxa"/>
          </w:tcPr>
          <w:p w14:paraId="1B8CB334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658" w:type="dxa"/>
          </w:tcPr>
          <w:p w14:paraId="7FC399AB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1754" w:type="dxa"/>
          </w:tcPr>
          <w:p w14:paraId="0DEB35C7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496" w:type="dxa"/>
          </w:tcPr>
          <w:p w14:paraId="137AC220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09" w:type="dxa"/>
          </w:tcPr>
          <w:p w14:paraId="67760D41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416" w:type="dxa"/>
          </w:tcPr>
          <w:p w14:paraId="4A040B88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183B3993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36E76954" w14:textId="09473D11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16" w:type="dxa"/>
          </w:tcPr>
          <w:p w14:paraId="65DD1252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6D14C501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66C098E0" w14:textId="16AE4418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8" w:type="dxa"/>
          </w:tcPr>
          <w:p w14:paraId="05B5AFA8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26207130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45A2F7E8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  <w:tr w:rsidR="008106E3" w:rsidRPr="005E556A" w14:paraId="631F92B1" w14:textId="77777777" w:rsidTr="00D8207C">
        <w:trPr>
          <w:trHeight w:val="2296"/>
        </w:trPr>
        <w:tc>
          <w:tcPr>
            <w:tcW w:w="697" w:type="dxa"/>
          </w:tcPr>
          <w:p w14:paraId="54F556DA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658" w:type="dxa"/>
          </w:tcPr>
          <w:p w14:paraId="6311D564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1754" w:type="dxa"/>
          </w:tcPr>
          <w:p w14:paraId="3E344242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496" w:type="dxa"/>
          </w:tcPr>
          <w:p w14:paraId="75DEAB26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09" w:type="dxa"/>
          </w:tcPr>
          <w:p w14:paraId="7A58D473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416" w:type="dxa"/>
          </w:tcPr>
          <w:p w14:paraId="5530CB52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4BF4E6C0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3CDB4586" w14:textId="0EE7A8FC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16" w:type="dxa"/>
          </w:tcPr>
          <w:p w14:paraId="539E606F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7DE65FE8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4307085C" w14:textId="0EA9E754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8" w:type="dxa"/>
          </w:tcPr>
          <w:p w14:paraId="7FD893B9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32A82C66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78BC1932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  <w:tr w:rsidR="008106E3" w:rsidRPr="005E556A" w14:paraId="702412FF" w14:textId="77777777" w:rsidTr="00D8207C">
        <w:trPr>
          <w:trHeight w:val="2296"/>
        </w:trPr>
        <w:tc>
          <w:tcPr>
            <w:tcW w:w="697" w:type="dxa"/>
          </w:tcPr>
          <w:p w14:paraId="4D4B7022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658" w:type="dxa"/>
          </w:tcPr>
          <w:p w14:paraId="6219AE67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1754" w:type="dxa"/>
          </w:tcPr>
          <w:p w14:paraId="0E448E65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496" w:type="dxa"/>
          </w:tcPr>
          <w:p w14:paraId="77177E86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09" w:type="dxa"/>
          </w:tcPr>
          <w:p w14:paraId="5B5DBF9B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2416" w:type="dxa"/>
          </w:tcPr>
          <w:p w14:paraId="60D49A62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5733828F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368C90ED" w14:textId="7ED3B555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416" w:type="dxa"/>
          </w:tcPr>
          <w:p w14:paraId="09D33137" w14:textId="77777777" w:rsidR="00A1040B" w:rsidRDefault="00A1040B" w:rsidP="00A1040B">
            <w:pP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新</w:t>
            </w:r>
          </w:p>
          <w:p w14:paraId="0613B013" w14:textId="77777777" w:rsidR="00A1040B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正常</w:t>
            </w:r>
          </w:p>
          <w:p w14:paraId="49A091FD" w14:textId="30016C95" w:rsidR="008106E3" w:rsidRPr="005E556A" w:rsidRDefault="00A1040B" w:rsidP="00A1040B">
            <w:pPr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用</w:t>
            </w:r>
            <w:r w:rsidRPr="005E556A">
              <w:rPr>
                <w:rFonts w:ascii="標楷體" w:eastAsia="標楷體" w:hAnsi="標楷體"/>
                <w:sz w:val="32"/>
                <w:szCs w:val="32"/>
                <w:lang w:eastAsia="zh-TW"/>
              </w:rPr>
              <w:br/>
              <w:t>□</w:t>
            </w:r>
            <w:r w:rsidR="00DD6C08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其他</w:t>
            </w:r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:</w:t>
            </w:r>
            <w:r w:rsidRPr="0071491B">
              <w:rPr>
                <w:rFonts w:ascii="標楷體" w:eastAsia="標楷體" w:hAnsi="標楷體"/>
                <w:color w:val="000000" w:themeColor="text1"/>
                <w:lang w:eastAsia="zh-TW"/>
              </w:rPr>
              <w:t xml:space="preserve"> ____________________</w:t>
            </w:r>
          </w:p>
        </w:tc>
        <w:tc>
          <w:tcPr>
            <w:tcW w:w="2608" w:type="dxa"/>
          </w:tcPr>
          <w:p w14:paraId="300D7219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0EDF0519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  <w:tc>
          <w:tcPr>
            <w:tcW w:w="531" w:type="dxa"/>
          </w:tcPr>
          <w:p w14:paraId="1CD345A9" w14:textId="77777777" w:rsidR="008106E3" w:rsidRPr="005E556A" w:rsidRDefault="008106E3" w:rsidP="00792E97">
            <w:pPr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</w:p>
        </w:tc>
      </w:tr>
    </w:tbl>
    <w:p w14:paraId="4069F7F2" w14:textId="77777777" w:rsidR="00860F77" w:rsidRDefault="00860F77" w:rsidP="00957BA2">
      <w:pPr>
        <w:rPr>
          <w:rFonts w:ascii="標楷體" w:eastAsia="標楷體" w:hAnsi="標楷體" w:hint="eastAsia"/>
          <w:sz w:val="32"/>
          <w:szCs w:val="32"/>
          <w:lang w:eastAsia="zh-TW"/>
        </w:rPr>
      </w:pPr>
    </w:p>
    <w:p w14:paraId="0D6A9845" w14:textId="6F73DBFC" w:rsidR="00492255" w:rsidRPr="00E86FD7" w:rsidRDefault="00DD6C08" w:rsidP="00492255">
      <w:pPr>
        <w:pStyle w:val="21"/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  <w:lang w:eastAsia="zh-TW"/>
        </w:rPr>
        <w:t>備註</w:t>
      </w:r>
    </w:p>
    <w:p w14:paraId="12F8576C" w14:textId="1B14C52A" w:rsidR="00657C42" w:rsidRPr="0071491B" w:rsidRDefault="00E86FD7" w:rsidP="00657C42">
      <w:pPr>
        <w:rPr>
          <w:rFonts w:ascii="標楷體" w:eastAsia="標楷體" w:hAnsi="標楷體" w:hint="eastAsia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</w:t>
      </w:r>
      <w:r w:rsidR="00657C42"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</w:t>
      </w:r>
    </w:p>
    <w:p w14:paraId="75DEA6EE" w14:textId="0B583DE4" w:rsidR="00657C42" w:rsidRPr="0071491B" w:rsidRDefault="00657C42" w:rsidP="00657C42">
      <w:pPr>
        <w:rPr>
          <w:rFonts w:ascii="標楷體" w:eastAsia="標楷體" w:hAnsi="標楷體" w:hint="eastAsia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__________________________________________________________________________________________________________________________________</w:t>
      </w:r>
    </w:p>
    <w:p w14:paraId="398DA52F" w14:textId="651D689D" w:rsidR="00657C42" w:rsidRPr="0071491B" w:rsidRDefault="00657C42" w:rsidP="00657C42">
      <w:pPr>
        <w:rPr>
          <w:rFonts w:ascii="標楷體" w:eastAsia="標楷體" w:hAnsi="標楷體" w:hint="eastAsia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__________________________________________________________________________________________________________________________________</w:t>
      </w:r>
    </w:p>
    <w:p w14:paraId="6DFC6C7D" w14:textId="5F7FB6C1" w:rsidR="00657C42" w:rsidRPr="0071491B" w:rsidRDefault="00657C42" w:rsidP="00657C42">
      <w:pPr>
        <w:rPr>
          <w:rFonts w:ascii="標楷體" w:eastAsia="標楷體" w:hAnsi="標楷體" w:hint="eastAsia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__________________________________________________________________________________________________________________________________</w:t>
      </w:r>
    </w:p>
    <w:p w14:paraId="48A372F3" w14:textId="501886A7" w:rsidR="00657C42" w:rsidRPr="0071491B" w:rsidRDefault="00657C42" w:rsidP="00657C42">
      <w:pPr>
        <w:rPr>
          <w:rFonts w:ascii="標楷體" w:eastAsia="標楷體" w:hAnsi="標楷體" w:hint="eastAsia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__________________________________________________________________________________________________________________________________</w:t>
      </w:r>
    </w:p>
    <w:p w14:paraId="3AB2101F" w14:textId="77777777" w:rsidR="00C723C5" w:rsidRDefault="00657C42" w:rsidP="00C723C5">
      <w:pPr>
        <w:rPr>
          <w:rFonts w:ascii="標楷體" w:eastAsia="標楷體" w:hAnsi="標楷體"/>
          <w:color w:val="000000" w:themeColor="text1"/>
          <w:lang w:eastAsia="zh-TW"/>
        </w:rPr>
      </w:pPr>
      <w:r w:rsidRPr="0071491B">
        <w:rPr>
          <w:rFonts w:ascii="標楷體" w:eastAsia="標楷體" w:hAnsi="標楷體"/>
          <w:color w:val="000000" w:themeColor="text1"/>
          <w:lang w:eastAsia="zh-TW"/>
        </w:rPr>
        <w:t>__________________________________________________________________________________________________________________________________</w:t>
      </w:r>
    </w:p>
    <w:p w14:paraId="74370E2D" w14:textId="77777777" w:rsidR="00852EE4" w:rsidRDefault="00852EE4" w:rsidP="00C723C5">
      <w:pPr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</w:p>
    <w:p w14:paraId="7F27C5EF" w14:textId="77777777" w:rsidR="00852EE4" w:rsidRPr="00657C42" w:rsidRDefault="00852EE4" w:rsidP="00852EE4">
      <w:pPr>
        <w:ind w:left="7200"/>
        <w:rPr>
          <w:rFonts w:ascii="標楷體" w:eastAsia="標楷體" w:hAnsi="標楷體"/>
          <w:color w:val="000000" w:themeColor="text1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【使用說明】</w:t>
      </w:r>
    </w:p>
    <w:p w14:paraId="33E1701D" w14:textId="77777777" w:rsidR="00852EE4" w:rsidRPr="00E86FD7" w:rsidRDefault="00852EE4" w:rsidP="00852EE4">
      <w:pPr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1. 歸還時以借出照片及本清冊內容為確認依據。</w:t>
      </w:r>
    </w:p>
    <w:p w14:paraId="6A96DFF9" w14:textId="77777777" w:rsidR="00852EE4" w:rsidRPr="00E86FD7" w:rsidRDefault="00852EE4" w:rsidP="00852EE4">
      <w:pPr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2. 如有特殊使用需求，請於借用時註記。</w:t>
      </w:r>
    </w:p>
    <w:p w14:paraId="391B52B0" w14:textId="280A5707" w:rsidR="00852EE4" w:rsidRPr="00E86FD7" w:rsidRDefault="00852EE4" w:rsidP="00852EE4">
      <w:pPr>
        <w:tabs>
          <w:tab w:val="left" w:pos="8647"/>
        </w:tabs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3. 歸還時如有需補充事項，請記錄於</w:t>
      </w:r>
      <w:r w:rsidR="00DD6C08"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  <w:t>備註</w:t>
      </w: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欄。</w:t>
      </w:r>
    </w:p>
    <w:p w14:paraId="683FEDBF" w14:textId="77777777" w:rsidR="00852EE4" w:rsidRPr="00E86FD7" w:rsidRDefault="00852EE4" w:rsidP="00852EE4">
      <w:pPr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4. 本清冊經雙方簽名後生效。</w:t>
      </w:r>
    </w:p>
    <w:p w14:paraId="7790A0FC" w14:textId="77777777" w:rsidR="00852EE4" w:rsidRPr="00E86FD7" w:rsidRDefault="00852EE4" w:rsidP="00852EE4">
      <w:pPr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br/>
        <w:t>借用人簽名：__________________</w:t>
      </w:r>
    </w:p>
    <w:p w14:paraId="027CD345" w14:textId="77777777" w:rsidR="00852EE4" w:rsidRPr="00E86FD7" w:rsidRDefault="00852EE4" w:rsidP="00852EE4">
      <w:pPr>
        <w:ind w:left="7200"/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點交人簽名：__________________</w:t>
      </w:r>
    </w:p>
    <w:p w14:paraId="6E3815C7" w14:textId="6E2240F3" w:rsidR="009A69E6" w:rsidRPr="00852EE4" w:rsidRDefault="00852EE4" w:rsidP="00852EE4">
      <w:pPr>
        <w:ind w:left="7200"/>
        <w:rPr>
          <w:rFonts w:ascii="標楷體" w:eastAsia="標楷體" w:hAnsi="標楷體" w:hint="eastAsia"/>
          <w:color w:val="000000" w:themeColor="text1"/>
          <w:sz w:val="32"/>
          <w:szCs w:val="32"/>
          <w:lang w:eastAsia="zh-TW"/>
        </w:rPr>
      </w:pPr>
      <w:r w:rsidRPr="00E86FD7">
        <w:rPr>
          <w:rFonts w:ascii="標楷體" w:eastAsia="標楷體" w:hAnsi="標楷體"/>
          <w:color w:val="000000" w:themeColor="text1"/>
          <w:sz w:val="32"/>
          <w:szCs w:val="32"/>
          <w:lang w:eastAsia="zh-TW"/>
        </w:rPr>
        <w:t>歸還驗收人簽名：__________________</w:t>
      </w:r>
    </w:p>
    <w:sectPr w:rsidR="009A69E6" w:rsidRPr="00852EE4" w:rsidSect="0047264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A40C2" w14:textId="77777777" w:rsidR="004652A4" w:rsidRDefault="004652A4" w:rsidP="005E556A">
      <w:pPr>
        <w:spacing w:after="0" w:line="240" w:lineRule="auto"/>
      </w:pPr>
      <w:r>
        <w:separator/>
      </w:r>
    </w:p>
  </w:endnote>
  <w:endnote w:type="continuationSeparator" w:id="0">
    <w:p w14:paraId="695FC376" w14:textId="77777777" w:rsidR="004652A4" w:rsidRDefault="004652A4" w:rsidP="005E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E38A6" w14:textId="77777777" w:rsidR="004652A4" w:rsidRDefault="004652A4" w:rsidP="005E556A">
      <w:pPr>
        <w:spacing w:after="0" w:line="240" w:lineRule="auto"/>
      </w:pPr>
      <w:r>
        <w:separator/>
      </w:r>
    </w:p>
  </w:footnote>
  <w:footnote w:type="continuationSeparator" w:id="0">
    <w:p w14:paraId="77FB0E6D" w14:textId="77777777" w:rsidR="004652A4" w:rsidRDefault="004652A4" w:rsidP="005E55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8570133">
    <w:abstractNumId w:val="8"/>
  </w:num>
  <w:num w:numId="2" w16cid:durableId="1622805884">
    <w:abstractNumId w:val="6"/>
  </w:num>
  <w:num w:numId="3" w16cid:durableId="163671073">
    <w:abstractNumId w:val="5"/>
  </w:num>
  <w:num w:numId="4" w16cid:durableId="686831718">
    <w:abstractNumId w:val="4"/>
  </w:num>
  <w:num w:numId="5" w16cid:durableId="576598700">
    <w:abstractNumId w:val="7"/>
  </w:num>
  <w:num w:numId="6" w16cid:durableId="2078280485">
    <w:abstractNumId w:val="3"/>
  </w:num>
  <w:num w:numId="7" w16cid:durableId="275331088">
    <w:abstractNumId w:val="2"/>
  </w:num>
  <w:num w:numId="8" w16cid:durableId="1387291278">
    <w:abstractNumId w:val="1"/>
  </w:num>
  <w:num w:numId="9" w16cid:durableId="3629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861C8"/>
    <w:rsid w:val="00136A6F"/>
    <w:rsid w:val="0015074B"/>
    <w:rsid w:val="00186190"/>
    <w:rsid w:val="001C477D"/>
    <w:rsid w:val="001E5111"/>
    <w:rsid w:val="00220D75"/>
    <w:rsid w:val="00236510"/>
    <w:rsid w:val="0029639D"/>
    <w:rsid w:val="00315567"/>
    <w:rsid w:val="00326F90"/>
    <w:rsid w:val="003624F0"/>
    <w:rsid w:val="00425AC9"/>
    <w:rsid w:val="004652A4"/>
    <w:rsid w:val="0047264D"/>
    <w:rsid w:val="00492255"/>
    <w:rsid w:val="004954CF"/>
    <w:rsid w:val="00515007"/>
    <w:rsid w:val="005223F3"/>
    <w:rsid w:val="00586F24"/>
    <w:rsid w:val="005E556A"/>
    <w:rsid w:val="005F135E"/>
    <w:rsid w:val="00657C42"/>
    <w:rsid w:val="00687193"/>
    <w:rsid w:val="006876D2"/>
    <w:rsid w:val="0071491B"/>
    <w:rsid w:val="007B145D"/>
    <w:rsid w:val="008106E3"/>
    <w:rsid w:val="0081437B"/>
    <w:rsid w:val="0084264D"/>
    <w:rsid w:val="00852EE4"/>
    <w:rsid w:val="00860F77"/>
    <w:rsid w:val="008B293F"/>
    <w:rsid w:val="008B5AB3"/>
    <w:rsid w:val="009468C7"/>
    <w:rsid w:val="00957BA2"/>
    <w:rsid w:val="00974A66"/>
    <w:rsid w:val="009A69E6"/>
    <w:rsid w:val="009F0A0D"/>
    <w:rsid w:val="009F3757"/>
    <w:rsid w:val="00A03173"/>
    <w:rsid w:val="00A1040B"/>
    <w:rsid w:val="00A72860"/>
    <w:rsid w:val="00AA1D8D"/>
    <w:rsid w:val="00B37D48"/>
    <w:rsid w:val="00B47730"/>
    <w:rsid w:val="00B479E2"/>
    <w:rsid w:val="00BC6F5A"/>
    <w:rsid w:val="00C02914"/>
    <w:rsid w:val="00C37025"/>
    <w:rsid w:val="00C723C5"/>
    <w:rsid w:val="00C809C1"/>
    <w:rsid w:val="00CB0664"/>
    <w:rsid w:val="00D8207C"/>
    <w:rsid w:val="00D850D0"/>
    <w:rsid w:val="00DA7090"/>
    <w:rsid w:val="00DC1F50"/>
    <w:rsid w:val="00DD6C08"/>
    <w:rsid w:val="00E10695"/>
    <w:rsid w:val="00E7619A"/>
    <w:rsid w:val="00E86FD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59941FC0-F02E-428C-9B26-2078529C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影視基地 岸內</cp:lastModifiedBy>
  <cp:revision>2</cp:revision>
  <cp:lastPrinted>2026-06-18T06:10:00Z</cp:lastPrinted>
  <dcterms:created xsi:type="dcterms:W3CDTF">2026-06-18T06:19:00Z</dcterms:created>
  <dcterms:modified xsi:type="dcterms:W3CDTF">2026-06-18T06:19:00Z</dcterms:modified>
  <cp:category/>
</cp:coreProperties>
</file>